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44"/>
        </w:rPr>
        <w:t>MAKE, FIX &amp; DO THINGS WITH YOUR HANDS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Capability grows through doing. Use this list as inspiration to make, repair, cook, build, and discover the confidence that comes from knowing you can figure things out.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Safely use a kitchen knife to prepare a meal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Check tire pressure and add air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Cook an entire meal for other people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Jump-start a car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Bake bread from scratch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Plant and tend a vegetable garden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Use a drill and drive a screw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Grow something from seed and eat it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Use a socket wrench to tighten or loosen a bolt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Start and safely extinguish a campfire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Hammer a nail and remove one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Tie several useful knots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Measure, mark, and cut a piece of wood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Repair something instead of replacing it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Build something useful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Paint a room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Assemble furniture without someone else taking over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how to sharpen a knife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Sew on a button or repair a small tear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Make something you initially have no idea how to make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Change a tire</w:t>
            </w:r>
          </w:p>
        </w:tc>
        <w:tc>
          <w:tcPr>
            <w:tcW w:type="dxa" w:w="5112"/>
          </w:tcPr>
          <w:p/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GET OUTSIDE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The natural world invites curiosity, resilience, wonder, and perspective. Use these ideas as invitations to step outside your routines and experience the world firsthand.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tent camping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Climb a tree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Sleep outside under the stars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rock climbing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Hike to a summit, waterfall, or overlook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Swim in a lake, river, or ocean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tubing down a river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Watch a sunrise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Paddle a kayak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Watch a sunset without taking out your phone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Paddle a canoe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Spend an hour in the woods alone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stand-up paddleboarding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to identify 10 local trees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fishing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to identify common birds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Catch, clean, and cook a fish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Find animal tracks and figure out what made them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rafting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national park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Ride a bike somewhere instead of driving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state park you've never heard of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mountain biking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Experience the ocean, mountains, desert, forest, and prairie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skiing or snowboarding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Take a trip where weather forces you to change your plans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snowshoeing</w:t>
            </w:r>
          </w:p>
        </w:tc>
        <w:tc>
          <w:tcPr>
            <w:tcW w:type="dxa" w:w="5112"/>
          </w:tcPr>
          <w:p/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BE A BEGINNER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Being new at something teaches humility, courage, patience, and empathy. Choose experiences that put you back in the position of learning, struggling, laughing, and trying again.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a sport you've never played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to juggle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Join a club where you don't know anyone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log rolling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Take a dance class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Take a cooking class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to throw a pottery bowl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a few phrases in another language and actually use them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woodworking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Sing karaoke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a musical instrument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Perform in front of an audience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Take an art class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Enter a competition you probably won't win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yoga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Ask someone to teach you something they're good at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to ice skate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Let a child teach you how to do something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martial arts</w:t>
            </w:r>
          </w:p>
        </w:tc>
        <w:tc>
          <w:tcPr>
            <w:tcW w:type="dxa" w:w="5112"/>
          </w:tcPr>
          <w:p/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EXPERIENCE OTHER PEOPLE'S PASSIONS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You don't have to love what someone else loves to appreciate why it matters to them. Use this list to enter other people's worlds with curiosity and enthusiasm.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Major League Baseball game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an art museum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to an NFL, NBA, NHL, MLS, NWSL, or WNBA game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history museum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minor-league sporting event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to a science museum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Watch a sport you've never seen before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cultural festival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to a high school sporting event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Watch a parade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musical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county or state fair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See a play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to a farmers market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to a symphony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an event where you are clearly not the target audience—and be curious about why other people love it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live concert</w:t>
            </w:r>
          </w:p>
        </w:tc>
        <w:tc>
          <w:tcPr>
            <w:tcW w:type="dxa" w:w="5112"/>
          </w:tcPr>
          <w:p/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LEARN HOW OTHER PEOPLE LIVE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Empathy grows when our world gets bigger. Seek experiences that introduce you to different communities, traditions, jobs, histories, routines, and ways of seeing the world.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Take public transportation in an unfamiliar city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Tour a working farm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rural community if you've always lived in a city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factory or manufacturing facility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Spend meaningful time in a major city if you've always lived somewhere rural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courthouse and observe proceedings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Travel somewhere where you don't speak the primary language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city council or local government meeting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Eat at a restaurant serving food you've never tried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Talk with someone whose job you know almost nothing about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Let someone else order for you at a restaurant from their culture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Ask an older person about what the world was like when they were your age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place of worship different from your own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Ask an immigrant about the place they grew up—when they're comfortable sharing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Attend a cultural celebration as a respectful guest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Read a book written by someone whose life is very different from yours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historic site connected to a difficult part of history</w:t>
            </w:r>
          </w:p>
        </w:tc>
        <w:tc>
          <w:tcPr>
            <w:tcW w:type="dxa" w:w="5112"/>
          </w:tcPr>
          <w:p/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SERVE SOMEONE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Service turns empathy into action. Look for opportunities to contribute your time and effort, build relationships, and notice what your community needs.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Serve a meal at a shelter or community kitchen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Read with a younger child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Volunteer at a food pantry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Tutor someone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Pick up litter that isn't yours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Help someone move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Volunteer at an animal shelter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Mow a neighbor's lawn without being paid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Help maintain a trail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Cook for someone going through a difficult time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Participate in a stream cleanup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Volunteer somewhere repeatedly rather than just once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Deliver groceries or meals to someone who needs them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Do a job where nobody knows or cares about your résumé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retirement community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Spend time serving alongside people you might not otherwise meet</w:t>
            </w:r>
          </w:p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DO REAL WORK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Work teaches responsibility, perspective, perseverance, and respect for the effort behind everyday life. Seek opportunities to contribute, solve problems, and experience work that stretches you.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Have a job where you deal with customers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Work outside when it's hot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Work in food service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Clean a bathroom that isn't yours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Wait tables, bus tables, or wash dishes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Take out someone else's trash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Work retail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Work alongside someone much older than you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Babysit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Work alongside someone with a very different background from you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Mow lawns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Earn money for something you really want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Shovel snow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Receive criticism from a boss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Do manual labor for an entire day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Make a mistake at work and have to fix it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Wake up very early because a job requires it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Tip generously after you've experienced service work yourself</w:t>
            </w:r>
          </w:p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PRACTICE INDEPENDENCE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Confidence is built by doing things for yourself. Use these experiences to practice navigating the world, solving everyday problems, making decisions, and taking responsibility.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Navigate somewhere without GPS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Grocery shop on a budget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Read a paper map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Plan and cook a week's worth of meals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Plan a trip yourself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Do your own laundry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Make a reservation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Handle a minor household emergency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Call a business instead of having someone else do it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Make an appointment for yourself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Ask a stranger for directions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Return something to a store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Fly alone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Politely advocate for yourself when something is wrong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Take a train alone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Spend a weekend without entertainment being planned for you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Spend a day exploring an unfamiliar city</w:t>
            </w:r>
          </w:p>
        </w:tc>
        <w:tc>
          <w:tcPr>
            <w:tcW w:type="dxa" w:w="5112"/>
          </w:tcPr>
          <w:p/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EXPERIENCE PRODUCTIVE DISCOMFORT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Growth often happens just beyond what feels easy or familiar. These aren't challenges to endure for bragging rights; they're invitations to discover what you're capable of.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Get caught in the rain on a hike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Introduce yourself to someone you don't know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Sleep on the ground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Ask a question you're embarrassed to ask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Be cold for a while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Admit that you don't know something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Be hot for a while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Lose a competition gracefully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Walk farther than you thought you could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Fail at something you've practiced for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Carry everything you need on your back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Apologize without adding an excuse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Get lost—and calmly figure out where you are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Change your mind publicly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Try food you think you won't like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Be the least experienced person in the room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somewhere alone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Spend 24 hours without your phone</w:t>
            </w:r>
          </w:p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UNDERSTAND WHERE THINGS COME FROM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The more we understand the systems behind our food, water, energy, belongings, and waste, the more thoughtfully we can live. Go see the processes that everyday convenience can hide.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Grow food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landfill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Harvest food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Compost food scraps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farm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where electricity comes from in your community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Pick apples, berries, or vegetables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Make butter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Go fishing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Bake bread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how meat gets from a farm to a grocery store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Make something from raw materials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Visit a water-treatment facility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Repair clothing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where your drinking water comes from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Buy something directly from the person who made or grew it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Tour a recycling facility</w:t>
            </w:r>
          </w:p>
        </w:tc>
        <w:tc>
          <w:tcPr>
            <w:tcW w:type="dxa" w:w="5112"/>
          </w:tcPr>
          <w:p/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sz w:val="44"/>
        </w:rPr>
        <w:t>LEARN TO NOTICE</w:t>
      </w:r>
    </w:p>
    <w:p>
      <w:pPr>
        <w:jc w:val="center"/>
      </w:pPr>
      <w:r>
        <w:rPr>
          <w:b/>
          <w:sz w:val="20"/>
        </w:rPr>
        <w:t>AN INSPIRATIONAL LIST TO INSPIRE EXPERIENCES</w:t>
      </w:r>
    </w:p>
    <w:p>
      <w:pPr>
        <w:spacing w:after="200"/>
        <w:jc w:val="center"/>
      </w:pPr>
      <w:r>
        <w:rPr>
          <w:i/>
          <w:sz w:val="23"/>
        </w:rPr>
        <w:t>Exploration doesn't always require going farther. Sometimes it means paying closer attention. Use these experiences to slow down, observe, listen, and become more curious about what's already around you.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Sit somewhere for 30 minutes and simply observe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Notice which birds arrive during different seasons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Keep a nature journal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Watch a thunderstorm from a safe place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Sketch something instead of photographing it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Look through a telescope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Learn the names of the people who regularly serve you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Look through a microscope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Ask someone about their story and genuinely listen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Lie on your back and watch clouds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Eat a meal without a screen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Spend time somewhere without trying to document it</w:t>
            </w:r>
          </w:p>
        </w:tc>
      </w:tr>
      <w:tr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Walk through your neighborhood slowly</w:t>
            </w:r>
          </w:p>
        </w:tc>
        <w:tc>
          <w:tcPr>
            <w:tcW w:type="dxa" w:w="4824"/>
          </w:tcPr>
          <w:p>
            <w:pPr>
              <w:spacing w:after="60"/>
            </w:pPr>
            <w:r>
              <w:rPr>
                <w:sz w:val="20"/>
              </w:rPr>
              <w:t>☐  Return to the same natural place throughout an entire year</w:t>
            </w:r>
          </w:p>
        </w:tc>
      </w:tr>
    </w:tbl>
    <w:p>
      <w:pPr>
        <w:spacing w:before="160"/>
        <w:jc w:val="center"/>
      </w:pPr>
      <w:r>
        <w:rPr>
          <w:b/>
          <w:sz w:val="22"/>
        </w:rPr>
        <w:t>Pick one. Try it. Reflect on it. Then choose another.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